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6B" w:rsidRDefault="00431B0A">
      <w:pPr>
        <w:jc w:val="center"/>
        <w:rPr>
          <w:b/>
          <w:sz w:val="36"/>
          <w:lang w:val="es-AR"/>
        </w:rPr>
      </w:pPr>
      <w:r>
        <w:rPr>
          <w:b/>
          <w:sz w:val="36"/>
          <w:lang w:val="es-AR"/>
        </w:rPr>
        <w:t>INSTRUCTIVO PARA LA</w:t>
      </w:r>
      <w:r w:rsidR="00547A9C" w:rsidRPr="00A024DE">
        <w:rPr>
          <w:b/>
          <w:sz w:val="36"/>
          <w:lang w:val="es-AR"/>
        </w:rPr>
        <w:t xml:space="preserve"> INSCRIPCIÓN</w:t>
      </w:r>
      <w:r w:rsidR="00547A9C" w:rsidRPr="00A024DE">
        <w:rPr>
          <w:b/>
          <w:sz w:val="36"/>
          <w:lang w:val="es-AR"/>
        </w:rPr>
        <w:br/>
        <w:t>RESIDENCIAS 2026</w:t>
      </w:r>
    </w:p>
    <w:p w:rsidR="00A024DE" w:rsidRDefault="00547A9C">
      <w:pPr>
        <w:jc w:val="center"/>
        <w:rPr>
          <w:b/>
          <w:sz w:val="36"/>
          <w:lang w:val="es-AR"/>
        </w:rPr>
      </w:pPr>
      <w:r w:rsidRPr="00A024DE">
        <w:rPr>
          <w:b/>
          <w:sz w:val="36"/>
          <w:lang w:val="es-AR"/>
        </w:rPr>
        <w:br/>
        <w:t>M</w:t>
      </w:r>
      <w:r w:rsidR="00A024DE">
        <w:rPr>
          <w:b/>
          <w:sz w:val="36"/>
          <w:lang w:val="es-AR"/>
        </w:rPr>
        <w:t>inisterio de Salud y Deportes</w:t>
      </w:r>
    </w:p>
    <w:p w:rsidR="00DC5DA6" w:rsidRDefault="00547A9C">
      <w:pPr>
        <w:jc w:val="center"/>
        <w:rPr>
          <w:b/>
          <w:sz w:val="36"/>
          <w:lang w:val="es-AR"/>
        </w:rPr>
      </w:pPr>
      <w:r w:rsidRPr="00A024DE">
        <w:rPr>
          <w:b/>
          <w:sz w:val="36"/>
          <w:lang w:val="es-AR"/>
        </w:rPr>
        <w:t>Gobierno de Mendoza</w:t>
      </w:r>
    </w:p>
    <w:p w:rsidR="00A024DE" w:rsidRDefault="00A024DE">
      <w:pPr>
        <w:jc w:val="center"/>
        <w:rPr>
          <w:b/>
          <w:sz w:val="36"/>
          <w:lang w:val="es-AR"/>
        </w:rPr>
      </w:pPr>
    </w:p>
    <w:p w:rsidR="00A024DE" w:rsidRPr="00A024DE" w:rsidRDefault="00A024DE" w:rsidP="00A024DE">
      <w:pPr>
        <w:rPr>
          <w:b/>
          <w:sz w:val="28"/>
          <w:u w:val="single"/>
          <w:lang w:val="es-AR"/>
        </w:rPr>
      </w:pPr>
      <w:r w:rsidRPr="00A024DE">
        <w:rPr>
          <w:b/>
          <w:sz w:val="28"/>
          <w:u w:val="single"/>
          <w:lang w:val="es-AR"/>
        </w:rPr>
        <w:t>Resumen para inscribirse:</w:t>
      </w:r>
    </w:p>
    <w:p w:rsidR="00DC5DA6" w:rsidRPr="00A024DE" w:rsidRDefault="00DC5DA6">
      <w:pPr>
        <w:rPr>
          <w:lang w:val="es-AR"/>
        </w:rPr>
      </w:pPr>
    </w:p>
    <w:p w:rsidR="00DC5DA6" w:rsidRPr="00A024DE" w:rsidRDefault="00547A9C">
      <w:pPr>
        <w:rPr>
          <w:lang w:val="es-AR"/>
        </w:rPr>
      </w:pPr>
      <w:r w:rsidRPr="00A024DE">
        <w:rPr>
          <w:b/>
          <w:sz w:val="28"/>
          <w:lang w:val="es-AR"/>
        </w:rPr>
        <w:t>1. PREINSCRIPCIÓN ONLINE</w:t>
      </w:r>
    </w:p>
    <w:p w:rsidR="00DC5DA6" w:rsidRPr="00A024DE" w:rsidRDefault="00547A9C">
      <w:pPr>
        <w:rPr>
          <w:lang w:val="es-AR"/>
        </w:rPr>
      </w:pPr>
      <w:r w:rsidRPr="00A024DE">
        <w:rPr>
          <w:lang w:val="es-AR"/>
        </w:rPr>
        <w:t>Ingresar al siguiente enlace oficial:</w:t>
      </w:r>
    </w:p>
    <w:p w:rsidR="00DC5DA6" w:rsidRPr="00A024DE" w:rsidRDefault="00547A9C">
      <w:pPr>
        <w:rPr>
          <w:lang w:val="es-AR"/>
        </w:rPr>
      </w:pPr>
      <w:r w:rsidRPr="00A024DE">
        <w:rPr>
          <w:lang w:val="es-AR"/>
        </w:rPr>
        <w:t>https://infosalud.mendoza.gov.ar/sisap/interfaz/Controlador.php?accion=cargar&amp;paso=1&amp;formulario=ResidenciasPreinscripciones</w:t>
      </w:r>
    </w:p>
    <w:p w:rsidR="00DC5DA6" w:rsidRPr="00A024DE" w:rsidRDefault="00547A9C">
      <w:pPr>
        <w:rPr>
          <w:lang w:val="es-AR"/>
        </w:rPr>
      </w:pPr>
      <w:r w:rsidRPr="00A024DE">
        <w:rPr>
          <w:b/>
          <w:sz w:val="28"/>
          <w:lang w:val="es-AR"/>
        </w:rPr>
        <w:t>Pantalla de preinscripción</w:t>
      </w:r>
    </w:p>
    <w:p w:rsidR="00A024DE" w:rsidRDefault="00A024DE" w:rsidP="00A024DE">
      <w:pPr>
        <w:pStyle w:val="NormalWeb"/>
      </w:pPr>
      <w:r>
        <w:rPr>
          <w:noProof/>
        </w:rPr>
        <w:drawing>
          <wp:inline distT="0" distB="0" distL="0" distR="0">
            <wp:extent cx="5646154" cy="2876550"/>
            <wp:effectExtent l="19050" t="0" r="0" b="0"/>
            <wp:docPr id="1" name="Imagen 1" descr="C:\Users\Salud\Desktop\aaaaa pendrive\Antecedentes de Residencias 2026\INSTRUCTIVO INSCRICPIÓ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ud\Desktop\aaaaa pendrive\Antecedentes de Residencias 2026\INSTRUCTIVO INSCRICPIÓN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238" cy="288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4DE" w:rsidRPr="00A024DE" w:rsidRDefault="00547A9C">
      <w:pPr>
        <w:rPr>
          <w:lang w:val="es-AR"/>
        </w:rPr>
      </w:pPr>
      <w:r w:rsidRPr="00A024DE">
        <w:rPr>
          <w:lang w:val="es-AR"/>
        </w:rPr>
        <w:t>Completar los siguientes datos: Documento, nombre, fecha de nacimiento, teléfono y correo electrónico.</w:t>
      </w:r>
      <w:r w:rsidR="00A024DE">
        <w:rPr>
          <w:lang w:val="es-AR"/>
        </w:rPr>
        <w:t xml:space="preserve"> Al finalizar, presionar el botón “ACEPTAR” para completar la preinscripción.</w:t>
      </w:r>
    </w:p>
    <w:p w:rsidR="00DC5DA6" w:rsidRPr="00A024DE" w:rsidRDefault="00547A9C">
      <w:pPr>
        <w:rPr>
          <w:lang w:val="es-AR"/>
        </w:rPr>
      </w:pPr>
      <w:r w:rsidRPr="00A024DE">
        <w:rPr>
          <w:b/>
          <w:sz w:val="28"/>
          <w:lang w:val="es-AR"/>
        </w:rPr>
        <w:lastRenderedPageBreak/>
        <w:t>2. RECEPCIÓN DEL CORREO ELECTRÓNICO</w:t>
      </w:r>
    </w:p>
    <w:p w:rsidR="00DC5DA6" w:rsidRDefault="00547A9C">
      <w:pPr>
        <w:rPr>
          <w:lang w:val="es-AR"/>
        </w:rPr>
      </w:pPr>
      <w:r w:rsidRPr="00A024DE">
        <w:rPr>
          <w:lang w:val="es-AR"/>
        </w:rPr>
        <w:t>Luego de completar la preinscripción, recibirá un correo electrónico con un enlace personal.</w:t>
      </w:r>
    </w:p>
    <w:p w:rsidR="000218B2" w:rsidRPr="00A024DE" w:rsidRDefault="000218B2">
      <w:pPr>
        <w:rPr>
          <w:lang w:val="es-AR"/>
        </w:rPr>
      </w:pPr>
      <w:r>
        <w:rPr>
          <w:lang w:val="es-AR"/>
        </w:rPr>
        <w:t>La emisión automática del correo puede demorar, no repetir la preinscripción, tener tolerancia de por lo menos 24 hs para la recepción del correo.</w:t>
      </w:r>
    </w:p>
    <w:p w:rsidR="00DC5DA6" w:rsidRPr="00A024DE" w:rsidRDefault="00547A9C">
      <w:pPr>
        <w:rPr>
          <w:lang w:val="es-AR"/>
        </w:rPr>
      </w:pPr>
      <w:r w:rsidRPr="00A024DE">
        <w:rPr>
          <w:b/>
          <w:sz w:val="28"/>
          <w:lang w:val="es-AR"/>
        </w:rPr>
        <w:t>Correo de confirmación</w:t>
      </w:r>
    </w:p>
    <w:p w:rsidR="00A024DE" w:rsidRDefault="000218B2" w:rsidP="00A024DE">
      <w:pPr>
        <w:pStyle w:val="NormalWeb"/>
      </w:pPr>
      <w:r>
        <w:rPr>
          <w:noProof/>
        </w:rPr>
        <w:drawing>
          <wp:inline distT="0" distB="0" distL="0" distR="0">
            <wp:extent cx="5486400" cy="2381605"/>
            <wp:effectExtent l="19050" t="0" r="0" b="0"/>
            <wp:docPr id="3" name="Imagen 4" descr="C:\Users\Salud\Desktop\aaaaa pendrive\Antecedentes de Residencias 2026\INSTRUCTIVO INSCRICPIÓN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ud\Desktop\aaaaa pendrive\Antecedentes de Residencias 2026\INSTRUCTIVO INSCRICPIÓN\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8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DA6" w:rsidRDefault="00547A9C">
      <w:pPr>
        <w:rPr>
          <w:lang w:val="es-AR"/>
        </w:rPr>
      </w:pPr>
      <w:r w:rsidRPr="00A024DE">
        <w:rPr>
          <w:lang w:val="es-AR"/>
        </w:rPr>
        <w:t>Hacer clic en el enlace para continuar con la inscripción.</w:t>
      </w:r>
    </w:p>
    <w:p w:rsidR="00920BD7" w:rsidRPr="00A024DE" w:rsidRDefault="00920BD7">
      <w:pPr>
        <w:rPr>
          <w:lang w:val="es-AR"/>
        </w:rPr>
      </w:pPr>
    </w:p>
    <w:p w:rsidR="00DC5DA6" w:rsidRPr="00A024DE" w:rsidRDefault="00547A9C">
      <w:pPr>
        <w:rPr>
          <w:lang w:val="es-AR"/>
        </w:rPr>
      </w:pPr>
      <w:r w:rsidRPr="00A024DE">
        <w:rPr>
          <w:b/>
          <w:sz w:val="28"/>
          <w:lang w:val="es-AR"/>
        </w:rPr>
        <w:t>3. FORMULARIO DE INSCRIPCIÓN</w:t>
      </w:r>
    </w:p>
    <w:p w:rsidR="00DC5DA6" w:rsidRPr="00A024DE" w:rsidRDefault="00547A9C">
      <w:pPr>
        <w:rPr>
          <w:lang w:val="es-AR"/>
        </w:rPr>
      </w:pPr>
      <w:r w:rsidRPr="00A024DE">
        <w:rPr>
          <w:b/>
          <w:sz w:val="28"/>
          <w:lang w:val="es-AR"/>
        </w:rPr>
        <w:t>Formulario completo</w:t>
      </w:r>
    </w:p>
    <w:p w:rsidR="00A024DE" w:rsidRDefault="000218B2" w:rsidP="00A024D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400675" cy="2751487"/>
            <wp:effectExtent l="19050" t="0" r="9525" b="0"/>
            <wp:docPr id="5" name="Imagen 5" descr="C:\Users\Salud\Desktop\aaaaa pendrive\Antecedentes de Residencias 2026\INSTRUCTIVO INSCRICPIÓ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lud\Desktop\aaaaa pendrive\Antecedentes de Residencias 2026\INSTRUCTIVO INSCRICPIÓN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066" cy="275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4DE" w:rsidRDefault="00A024DE">
      <w:pPr>
        <w:rPr>
          <w:lang w:val="es-AR"/>
        </w:rPr>
      </w:pPr>
      <w:r>
        <w:rPr>
          <w:lang w:val="es-AR"/>
        </w:rPr>
        <w:t>Presionar el botón “ACEPTAR” para continuar.</w:t>
      </w:r>
    </w:p>
    <w:p w:rsidR="00A024DE" w:rsidRDefault="00E40922" w:rsidP="00A024DE">
      <w:pPr>
        <w:pStyle w:val="NormalWeb"/>
      </w:pPr>
      <w:r>
        <w:rPr>
          <w:noProof/>
        </w:rPr>
        <w:drawing>
          <wp:inline distT="0" distB="0" distL="0" distR="0">
            <wp:extent cx="5400675" cy="3262153"/>
            <wp:effectExtent l="19050" t="0" r="9525" b="0"/>
            <wp:docPr id="8" name="Imagen 7" descr="C:\Users\Salud\Desktop\aaaaa pendrive\Antecedentes de Residencias 2026\INSTRUCTIVO INSCRICPIÓ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lud\Desktop\aaaaa pendrive\Antecedentes de Residencias 2026\INSTRUCTIVO INSCRICPIÓN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6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DA6" w:rsidRPr="00A024DE" w:rsidRDefault="00547A9C">
      <w:pPr>
        <w:rPr>
          <w:lang w:val="es-AR"/>
        </w:rPr>
      </w:pPr>
      <w:r w:rsidRPr="00A024DE">
        <w:rPr>
          <w:lang w:val="es-AR"/>
        </w:rPr>
        <w:t>Completar</w:t>
      </w:r>
      <w:r w:rsidR="00A024DE">
        <w:rPr>
          <w:lang w:val="es-AR"/>
        </w:rPr>
        <w:t xml:space="preserve"> todos los datos solicitad</w:t>
      </w:r>
      <w:r w:rsidR="000A0747">
        <w:rPr>
          <w:lang w:val="es-AR"/>
        </w:rPr>
        <w:t>os que corre</w:t>
      </w:r>
      <w:r w:rsidR="00BF01F5">
        <w:rPr>
          <w:lang w:val="es-AR"/>
        </w:rPr>
        <w:t>s</w:t>
      </w:r>
      <w:r w:rsidR="000A0747">
        <w:rPr>
          <w:lang w:val="es-AR"/>
        </w:rPr>
        <w:t>pondan al postulante</w:t>
      </w:r>
      <w:r w:rsidRPr="00A024DE">
        <w:rPr>
          <w:lang w:val="es-AR"/>
        </w:rPr>
        <w:t>.</w:t>
      </w:r>
    </w:p>
    <w:p w:rsidR="00DC5DA6" w:rsidRPr="00A024DE" w:rsidRDefault="00547A9C">
      <w:pPr>
        <w:rPr>
          <w:lang w:val="es-AR"/>
        </w:rPr>
      </w:pPr>
      <w:r w:rsidRPr="00A024DE">
        <w:rPr>
          <w:b/>
          <w:sz w:val="28"/>
          <w:lang w:val="es-AR"/>
        </w:rPr>
        <w:t>Carga de documentación</w:t>
      </w:r>
    </w:p>
    <w:p w:rsidR="00DC5DA6" w:rsidRPr="00A024DE" w:rsidRDefault="00547A9C">
      <w:pPr>
        <w:rPr>
          <w:lang w:val="es-AR"/>
        </w:rPr>
      </w:pPr>
      <w:r w:rsidRPr="00A024DE">
        <w:rPr>
          <w:lang w:val="es-AR"/>
        </w:rPr>
        <w:t xml:space="preserve">Adjuntar toda la documentación en un único archivo </w:t>
      </w:r>
      <w:proofErr w:type="spellStart"/>
      <w:r w:rsidRPr="00A024DE">
        <w:rPr>
          <w:lang w:val="es-AR"/>
        </w:rPr>
        <w:t>PDF</w:t>
      </w:r>
      <w:proofErr w:type="spellEnd"/>
      <w:r w:rsidRPr="00A024DE">
        <w:rPr>
          <w:lang w:val="es-AR"/>
        </w:rPr>
        <w:t>.</w:t>
      </w:r>
    </w:p>
    <w:p w:rsidR="00DC5DA6" w:rsidRPr="00A024DE" w:rsidRDefault="00547A9C">
      <w:pPr>
        <w:rPr>
          <w:lang w:val="es-AR"/>
        </w:rPr>
      </w:pPr>
      <w:r w:rsidRPr="00A024DE">
        <w:rPr>
          <w:b/>
          <w:sz w:val="28"/>
          <w:lang w:val="es-AR"/>
        </w:rPr>
        <w:t>Paso clave</w:t>
      </w:r>
    </w:p>
    <w:p w:rsidR="00DC5DA6" w:rsidRDefault="00547A9C">
      <w:pPr>
        <w:rPr>
          <w:lang w:val="es-AR"/>
        </w:rPr>
      </w:pPr>
      <w:r w:rsidRPr="00A024DE">
        <w:rPr>
          <w:lang w:val="es-AR"/>
        </w:rPr>
        <w:lastRenderedPageBreak/>
        <w:t xml:space="preserve">Seleccionar "Solicitud lista para inscripción" = </w:t>
      </w:r>
      <w:r w:rsidR="000A0747">
        <w:rPr>
          <w:lang w:val="es-AR"/>
        </w:rPr>
        <w:t>“</w:t>
      </w:r>
      <w:r w:rsidRPr="00A024DE">
        <w:rPr>
          <w:lang w:val="es-AR"/>
        </w:rPr>
        <w:t>SI</w:t>
      </w:r>
      <w:r w:rsidR="000A0747">
        <w:rPr>
          <w:lang w:val="es-AR"/>
        </w:rPr>
        <w:t xml:space="preserve">” </w:t>
      </w:r>
      <w:r w:rsidRPr="00A024DE">
        <w:rPr>
          <w:lang w:val="es-AR"/>
        </w:rPr>
        <w:t xml:space="preserve"> y luego presionar el botón "Aceptar".</w:t>
      </w:r>
    </w:p>
    <w:p w:rsidR="00920BD7" w:rsidRPr="00A024DE" w:rsidRDefault="00920BD7">
      <w:pPr>
        <w:rPr>
          <w:lang w:val="es-AR"/>
        </w:rPr>
      </w:pPr>
    </w:p>
    <w:p w:rsidR="00DC5DA6" w:rsidRPr="00A024DE" w:rsidRDefault="00547A9C">
      <w:pPr>
        <w:rPr>
          <w:lang w:val="es-AR"/>
        </w:rPr>
      </w:pPr>
      <w:r w:rsidRPr="00A024DE">
        <w:rPr>
          <w:b/>
          <w:sz w:val="28"/>
          <w:lang w:val="es-AR"/>
        </w:rPr>
        <w:t>4. CONFIRMACIÓN DE INSCRIPCIÓN</w:t>
      </w:r>
    </w:p>
    <w:p w:rsidR="00DC5DA6" w:rsidRPr="00A024DE" w:rsidRDefault="00547A9C">
      <w:pPr>
        <w:rPr>
          <w:lang w:val="es-AR"/>
        </w:rPr>
      </w:pPr>
      <w:r w:rsidRPr="00A024DE">
        <w:rPr>
          <w:b/>
          <w:sz w:val="28"/>
          <w:lang w:val="es-AR"/>
        </w:rPr>
        <w:t>Pantalla final del sistema</w:t>
      </w:r>
    </w:p>
    <w:p w:rsidR="000A0747" w:rsidRDefault="000A0747" w:rsidP="000A0747">
      <w:pPr>
        <w:pStyle w:val="NormalWeb"/>
      </w:pPr>
      <w:r>
        <w:rPr>
          <w:noProof/>
        </w:rPr>
        <w:drawing>
          <wp:inline distT="0" distB="0" distL="0" distR="0">
            <wp:extent cx="5334000" cy="2695000"/>
            <wp:effectExtent l="19050" t="0" r="0" b="0"/>
            <wp:docPr id="13" name="Imagen 13" descr="C:\Users\Salud\Desktop\aaaaa pendrive\Antecedentes de Residencias 2026\INSTRUCTIVO INSCRICPIÓN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lud\Desktop\aaaaa pendrive\Antecedentes de Residencias 2026\INSTRUCTIVO INSCRICPIÓN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23" cy="26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DA6" w:rsidRPr="00A024DE" w:rsidRDefault="000A0747" w:rsidP="000A0747">
      <w:pPr>
        <w:rPr>
          <w:lang w:val="es-AR"/>
        </w:rPr>
      </w:pPr>
      <w:r w:rsidRPr="00A024DE">
        <w:rPr>
          <w:lang w:val="es-AR"/>
        </w:rPr>
        <w:t xml:space="preserve"> </w:t>
      </w:r>
      <w:r w:rsidR="00547A9C" w:rsidRPr="00A024DE">
        <w:rPr>
          <w:lang w:val="es-AR"/>
        </w:rPr>
        <w:t xml:space="preserve">Si </w:t>
      </w:r>
      <w:r>
        <w:rPr>
          <w:lang w:val="es-AR"/>
        </w:rPr>
        <w:t>luego de presionar el botón “Aceptar”</w:t>
      </w:r>
      <w:r w:rsidR="00E40922">
        <w:rPr>
          <w:lang w:val="es-AR"/>
        </w:rPr>
        <w:t>,</w:t>
      </w:r>
      <w:r>
        <w:rPr>
          <w:lang w:val="es-AR"/>
        </w:rPr>
        <w:t xml:space="preserve"> </w:t>
      </w:r>
      <w:r w:rsidR="00547A9C" w:rsidRPr="00A024DE">
        <w:rPr>
          <w:lang w:val="es-AR"/>
        </w:rPr>
        <w:t>el sistema lo redirige a esta pantalla, la inscri</w:t>
      </w:r>
      <w:r w:rsidR="00E40922">
        <w:rPr>
          <w:lang w:val="es-AR"/>
        </w:rPr>
        <w:t>pción fue enviada correctamente</w:t>
      </w:r>
      <w:proofErr w:type="gramStart"/>
      <w:r w:rsidR="00E40922">
        <w:rPr>
          <w:lang w:val="es-AR"/>
        </w:rPr>
        <w:t>!!</w:t>
      </w:r>
      <w:proofErr w:type="gramEnd"/>
    </w:p>
    <w:p w:rsidR="000A0747" w:rsidRDefault="00E40922">
      <w:pPr>
        <w:rPr>
          <w:lang w:val="es-AR"/>
        </w:rPr>
      </w:pPr>
      <w:r>
        <w:rPr>
          <w:lang w:val="es-AR"/>
        </w:rPr>
        <w:t xml:space="preserve">A partir de este momento, mediante el enlace proporcionado en la página oficial del Departamento de Residencias, </w:t>
      </w:r>
      <w:proofErr w:type="spellStart"/>
      <w:r>
        <w:rPr>
          <w:lang w:val="es-AR"/>
        </w:rPr>
        <w:t>Ud</w:t>
      </w:r>
      <w:proofErr w:type="spellEnd"/>
      <w:r>
        <w:rPr>
          <w:lang w:val="es-AR"/>
        </w:rPr>
        <w:t xml:space="preserve"> puede consultar </w:t>
      </w:r>
      <w:r w:rsidRPr="00E40922">
        <w:rPr>
          <w:lang w:val="es-AR"/>
        </w:rPr>
        <w:t>el estado</w:t>
      </w:r>
      <w:r>
        <w:rPr>
          <w:lang w:val="es-AR"/>
        </w:rPr>
        <w:t xml:space="preserve"> individual</w:t>
      </w:r>
      <w:r w:rsidRPr="00E40922">
        <w:rPr>
          <w:lang w:val="es-AR"/>
        </w:rPr>
        <w:t xml:space="preserve"> de su inscr</w:t>
      </w:r>
      <w:r>
        <w:rPr>
          <w:lang w:val="es-AR"/>
        </w:rPr>
        <w:t>ipción.</w:t>
      </w:r>
    </w:p>
    <w:p w:rsidR="00EB5061" w:rsidRDefault="00E40922" w:rsidP="00F35E4E">
      <w:pPr>
        <w:rPr>
          <w:lang w:val="es-AR"/>
        </w:rPr>
      </w:pPr>
      <w:r>
        <w:rPr>
          <w:lang w:val="es-AR"/>
        </w:rPr>
        <w:t>Tenga en cuenta que la misma hasta el momento en el q</w:t>
      </w:r>
      <w:r w:rsidR="00995F6B">
        <w:rPr>
          <w:lang w:val="es-AR"/>
        </w:rPr>
        <w:t>ue resulte procesada y “A</w:t>
      </w:r>
      <w:r w:rsidR="00920BD7">
        <w:rPr>
          <w:lang w:val="es-AR"/>
        </w:rPr>
        <w:t>ceptada</w:t>
      </w:r>
      <w:r w:rsidR="00995F6B">
        <w:rPr>
          <w:lang w:val="es-AR"/>
        </w:rPr>
        <w:t>”</w:t>
      </w:r>
      <w:r w:rsidR="00920BD7">
        <w:rPr>
          <w:lang w:val="es-AR"/>
        </w:rPr>
        <w:t xml:space="preserve"> </w:t>
      </w:r>
      <w:r w:rsidR="00995F6B">
        <w:rPr>
          <w:lang w:val="es-AR"/>
        </w:rPr>
        <w:t>si cumple</w:t>
      </w:r>
      <w:r w:rsidR="00BF01F5">
        <w:rPr>
          <w:lang w:val="es-AR"/>
        </w:rPr>
        <w:t xml:space="preserve">, </w:t>
      </w:r>
      <w:r w:rsidR="00995F6B">
        <w:rPr>
          <w:lang w:val="es-AR"/>
        </w:rPr>
        <w:t xml:space="preserve"> “R</w:t>
      </w:r>
      <w:r w:rsidR="00920BD7">
        <w:rPr>
          <w:lang w:val="es-AR"/>
        </w:rPr>
        <w:t>echazada</w:t>
      </w:r>
      <w:r w:rsidR="00995F6B">
        <w:rPr>
          <w:lang w:val="es-AR"/>
        </w:rPr>
        <w:t>”</w:t>
      </w:r>
      <w:r w:rsidR="00920BD7">
        <w:rPr>
          <w:lang w:val="es-AR"/>
        </w:rPr>
        <w:t xml:space="preserve"> en caso de no cumplir con los requisitos normativos, </w:t>
      </w:r>
      <w:r>
        <w:rPr>
          <w:lang w:val="es-AR"/>
        </w:rPr>
        <w:t xml:space="preserve"> </w:t>
      </w:r>
      <w:r w:rsidR="00920BD7">
        <w:rPr>
          <w:lang w:val="es-AR"/>
        </w:rPr>
        <w:t>se visualizará como</w:t>
      </w:r>
      <w:r>
        <w:rPr>
          <w:lang w:val="es-AR"/>
        </w:rPr>
        <w:t xml:space="preserve"> “</w:t>
      </w:r>
      <w:r w:rsidR="00920BD7" w:rsidRPr="00920BD7">
        <w:rPr>
          <w:lang w:val="es-AR"/>
        </w:rPr>
        <w:t>Solicitud de inscripción pendiente</w:t>
      </w:r>
      <w:r w:rsidR="00920BD7">
        <w:rPr>
          <w:lang w:val="es-AR"/>
        </w:rPr>
        <w:t>”.</w:t>
      </w:r>
    </w:p>
    <w:p w:rsidR="00C07E15" w:rsidRDefault="00C07E15" w:rsidP="00F35E4E">
      <w:pPr>
        <w:rPr>
          <w:lang w:val="es-AR"/>
        </w:rPr>
      </w:pPr>
    </w:p>
    <w:p w:rsidR="00C07E15" w:rsidRDefault="00C07E15" w:rsidP="00F35E4E">
      <w:pPr>
        <w:rPr>
          <w:lang w:val="es-AR"/>
        </w:rPr>
      </w:pPr>
    </w:p>
    <w:p w:rsidR="00F35E4E" w:rsidRPr="00F35E4E" w:rsidRDefault="00F35E4E" w:rsidP="00C07E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  <w:r>
        <w:rPr>
          <w:lang w:val="es-AR"/>
        </w:rPr>
        <w:t xml:space="preserve">De acuerdo a la Resolución </w:t>
      </w:r>
      <w:hyperlink r:id="rId11" w:history="1">
        <w:r>
          <w:rPr>
            <w:lang w:val="es-AR"/>
          </w:rPr>
          <w:t xml:space="preserve"> Nº 692/2026 que modifica la Resolución 521/2026, </w:t>
        </w:r>
        <w:r w:rsidRPr="00F35E4E">
          <w:rPr>
            <w:lang w:val="es-AR"/>
          </w:rPr>
          <w:t>Llamado a Concurso</w:t>
        </w:r>
        <w:r>
          <w:rPr>
            <w:lang w:val="es-AR"/>
          </w:rPr>
          <w:t xml:space="preserve"> de</w:t>
        </w:r>
        <w:r w:rsidRPr="00F35E4E">
          <w:rPr>
            <w:lang w:val="es-AR"/>
          </w:rPr>
          <w:t xml:space="preserve"> Ingreso 2026</w:t>
        </w:r>
        <w:r>
          <w:rPr>
            <w:lang w:val="es-AR"/>
          </w:rPr>
          <w:t xml:space="preserve"> del</w:t>
        </w:r>
        <w:r w:rsidRPr="00F35E4E">
          <w:rPr>
            <w:lang w:val="es-AR"/>
          </w:rPr>
          <w:t xml:space="preserve"> Sistema de Residencias</w:t>
        </w:r>
      </w:hyperlink>
      <w:r w:rsidR="00087B28">
        <w:rPr>
          <w:lang w:val="es-AR"/>
        </w:rPr>
        <w:t xml:space="preserve"> la inscripción se prorroga hasta el día </w:t>
      </w:r>
      <w:r w:rsidR="00087B28" w:rsidRPr="00087B28">
        <w:rPr>
          <w:lang w:val="es-AR"/>
        </w:rPr>
        <w:t>30/04/2026 y el día 10/06/2026 se publicará el listado de Inscriptos a Rendir en el sitio</w:t>
      </w:r>
      <w:r w:rsidR="00087B28">
        <w:rPr>
          <w:lang w:val="es-AR"/>
        </w:rPr>
        <w:t xml:space="preserve"> Oficial del Departamento de Residencias, Min</w:t>
      </w:r>
      <w:r w:rsidR="00C07E15">
        <w:rPr>
          <w:lang w:val="es-AR"/>
        </w:rPr>
        <w:t>is</w:t>
      </w:r>
      <w:r w:rsidR="00087B28">
        <w:rPr>
          <w:lang w:val="es-AR"/>
        </w:rPr>
        <w:t xml:space="preserve">terio de Salud y Deportes, Mendoza: </w:t>
      </w:r>
      <w:r w:rsidR="00087B28" w:rsidRPr="00087B28">
        <w:rPr>
          <w:lang w:val="es-AR"/>
        </w:rPr>
        <w:t>https://informacionoficial.mendoza.gob.ar/saludydeportes/departamento-de-residencias/</w:t>
      </w:r>
    </w:p>
    <w:sectPr w:rsidR="00F35E4E" w:rsidRPr="00F35E4E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>
    <w:useFELayout/>
  </w:compat>
  <w:rsids>
    <w:rsidRoot w:val="00B47730"/>
    <w:rsid w:val="000218B2"/>
    <w:rsid w:val="00034616"/>
    <w:rsid w:val="0006063C"/>
    <w:rsid w:val="00087B28"/>
    <w:rsid w:val="000A0747"/>
    <w:rsid w:val="000E102D"/>
    <w:rsid w:val="0015074B"/>
    <w:rsid w:val="0029639D"/>
    <w:rsid w:val="00326F90"/>
    <w:rsid w:val="00431B0A"/>
    <w:rsid w:val="004E7102"/>
    <w:rsid w:val="00547A9C"/>
    <w:rsid w:val="00631905"/>
    <w:rsid w:val="00920BD7"/>
    <w:rsid w:val="00995F6B"/>
    <w:rsid w:val="009F237C"/>
    <w:rsid w:val="00A024DE"/>
    <w:rsid w:val="00AA1D8D"/>
    <w:rsid w:val="00B47730"/>
    <w:rsid w:val="00BF01F5"/>
    <w:rsid w:val="00C07E15"/>
    <w:rsid w:val="00CB0664"/>
    <w:rsid w:val="00DC5DA6"/>
    <w:rsid w:val="00E01E49"/>
    <w:rsid w:val="00E40922"/>
    <w:rsid w:val="00EB5061"/>
    <w:rsid w:val="00F35E4E"/>
    <w:rsid w:val="00F70EFC"/>
    <w:rsid w:val="00F95E4F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A02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2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24D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F35E4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4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za-dicaws-portal-uploads-media-prod.s3.amazonaws.com/informacion-oficial/uploads/sites/15/2026/04/RS-2026-03095347-GDEMZA-SEGE_MSDSYD-1.pd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372</Words>
  <Characters>2049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2417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Usuario de Windows</cp:lastModifiedBy>
  <cp:revision>7</cp:revision>
  <dcterms:created xsi:type="dcterms:W3CDTF">2026-04-23T21:06:00Z</dcterms:created>
  <dcterms:modified xsi:type="dcterms:W3CDTF">2026-04-27T15:33:00Z</dcterms:modified>
</cp:coreProperties>
</file>